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A. TRẮC NGHIỆM</w:t>
      </w:r>
    </w:p>
    <w:p/>
    <w:p>
      <w:r>
        <w:t>Phần I</w:t>
      </w:r>
    </w:p>
    <w:p>
      <w:r>
        <w:t>Câu 1. What is 2 + 2?</w:t>
      </w:r>
    </w:p>
    <w:p>
      <w:r>
        <w:t>A. 3</w:t>
      </w:r>
    </w:p>
    <w:p>
      <w:r>
        <w:t xml:space="preserve">B. </w:t>
      </w:r>
      <w:r>
        <w:rPr>
          <w:u w:val="single"/>
        </w:rPr>
        <w:t>4</w:t>
      </w:r>
    </w:p>
    <w:p>
      <w:r>
        <w:t>C. 5</w:t>
      </w:r>
    </w:p>
    <w:p>
      <w:r>
        <w:t>D. 6</w:t>
      </w:r>
    </w:p>
    <w:p>
      <w:r>
        <w:t>Câu 2. What color is the sky?</w:t>
      </w:r>
    </w:p>
    <w:p>
      <w:r>
        <w:t>A. Red</w:t>
      </w:r>
    </w:p>
    <w:p>
      <w:r>
        <w:t xml:space="preserve">B. </w:t>
      </w:r>
      <w:r>
        <w:rPr>
          <w:u w:val="single"/>
        </w:rPr>
        <w:t>Blue</w:t>
      </w:r>
    </w:p>
    <w:p>
      <w:r>
        <w:t>C. Green</w:t>
      </w:r>
    </w:p>
    <w:p>
      <w:r>
        <w:t>D. Yellow</w:t>
      </w:r>
    </w:p>
    <w:p>
      <w:r>
        <w:t>Câu 3. Which planet is closest to the Sun?</w:t>
      </w:r>
    </w:p>
    <w:p>
      <w:r>
        <w:t>A. Earth</w:t>
      </w:r>
    </w:p>
    <w:p>
      <w:r>
        <w:t>B. Mars</w:t>
      </w:r>
    </w:p>
    <w:p>
      <w:r>
        <w:t xml:space="preserve">C. </w:t>
      </w:r>
      <w:r>
        <w:rPr>
          <w:u w:val="single"/>
        </w:rPr>
        <w:t>Mercury</w:t>
      </w:r>
    </w:p>
    <w:p>
      <w:r>
        <w:t>D. Venus</w:t>
      </w:r>
    </w:p>
    <w:p>
      <w:r>
        <w:t>Phần II</w:t>
      </w:r>
    </w:p>
    <w:p>
      <w:r>
        <w:t>Câu 1. Water boils at 100°C at sea level.</w:t>
      </w:r>
    </w:p>
    <w:p>
      <w:r>
        <w:t xml:space="preserve">a) </w:t>
      </w:r>
      <w:r>
        <w:rPr>
          <w:u w:val="single"/>
        </w:rPr>
        <w:t>True</w:t>
      </w:r>
    </w:p>
    <w:p>
      <w:r>
        <w:t>b) False</w:t>
      </w:r>
    </w:p>
    <w:p>
      <w:r>
        <w:t>Câu 2. The speed of light is faster than sound.</w:t>
      </w:r>
    </w:p>
    <w:p>
      <w:r>
        <w:t xml:space="preserve">a) </w:t>
      </w:r>
      <w:r>
        <w:rPr>
          <w:u w:val="single"/>
        </w:rPr>
        <w:t>True</w:t>
      </w:r>
    </w:p>
    <w:p>
      <w:r>
        <w:t>b) False</w:t>
      </w:r>
    </w:p>
    <w:p>
      <w:r>
        <w:t>Phần III</w:t>
      </w:r>
    </w:p>
    <w:p>
      <w:r>
        <w:t>Câu 1. How many sides does a triangle have?</w:t>
      </w:r>
    </w:p>
    <w:p>
      <w:r>
        <w:rPr>
          <w:u w:val="single"/>
        </w:rPr>
        <w:t>3</w:t>
      </w:r>
    </w:p>
    <w:p>
      <w:r>
        <w:t>&lt;g1&gt;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